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DBE1F" w14:textId="77777777" w:rsidR="00AD5EA2" w:rsidRDefault="00000000">
      <w:r>
        <w:t>Privacy Policy</w:t>
      </w:r>
    </w:p>
    <w:p w14:paraId="49B385DA" w14:textId="4B6DC8E0" w:rsidR="00AD5EA2" w:rsidRDefault="00F90D5A">
      <w:r>
        <w:t>MAM Cleaning</w:t>
      </w:r>
    </w:p>
    <w:p w14:paraId="0722C6D4" w14:textId="77777777" w:rsidR="00AD5EA2" w:rsidRDefault="00000000">
      <w:r>
        <w:t>Effective Date: [Insert Date]</w:t>
      </w:r>
    </w:p>
    <w:p w14:paraId="5C326331" w14:textId="77777777" w:rsidR="00AD5EA2" w:rsidRDefault="00AD5EA2"/>
    <w:p w14:paraId="14144723" w14:textId="77777777" w:rsidR="00AD5EA2" w:rsidRDefault="00000000">
      <w:r>
        <w:t>1. Introduction</w:t>
      </w:r>
    </w:p>
    <w:p w14:paraId="68F9D89D" w14:textId="2383B750" w:rsidR="00AD5EA2" w:rsidRDefault="00000000">
      <w:r>
        <w:t xml:space="preserve">This Privacy Policy outlines how </w:t>
      </w:r>
      <w:r w:rsidR="00F90D5A">
        <w:t>MAM Cleaning</w:t>
      </w:r>
      <w:r>
        <w:t xml:space="preserve"> collects, uses, stores, and protects your personal data. We are committed to protecting your privacy and ensuring transparency in how your information is handled.</w:t>
      </w:r>
    </w:p>
    <w:p w14:paraId="53F7E323" w14:textId="77777777" w:rsidR="00AD5EA2" w:rsidRDefault="00AD5EA2"/>
    <w:p w14:paraId="67D1A954" w14:textId="77777777" w:rsidR="00AD5EA2" w:rsidRDefault="00000000">
      <w:r>
        <w:t>2. Who We Are</w:t>
      </w:r>
    </w:p>
    <w:p w14:paraId="7159DFC4" w14:textId="5DCA89D9" w:rsidR="00AD5EA2" w:rsidRDefault="00F90D5A">
      <w:r>
        <w:t>MAM Cleaning</w:t>
      </w:r>
    </w:p>
    <w:p w14:paraId="1FEA63C2" w14:textId="77777777" w:rsidR="00AD5EA2" w:rsidRDefault="00000000">
      <w:r>
        <w:t>Broadmeadow Avenue, Manchester, M16 8GS</w:t>
      </w:r>
    </w:p>
    <w:p w14:paraId="7E01BF32" w14:textId="77777777" w:rsidR="00AD5EA2" w:rsidRDefault="00000000">
      <w:r>
        <w:t>Email: hello@projectcleaning.co.uk</w:t>
      </w:r>
    </w:p>
    <w:p w14:paraId="2410EA6F" w14:textId="77777777" w:rsidR="00AD5EA2" w:rsidRDefault="00000000">
      <w:r>
        <w:t>Phone: 07754351752</w:t>
      </w:r>
    </w:p>
    <w:p w14:paraId="37FE752C" w14:textId="77777777" w:rsidR="00AD5EA2" w:rsidRDefault="00AD5EA2"/>
    <w:p w14:paraId="37E1F273" w14:textId="77777777" w:rsidR="00AD5EA2" w:rsidRDefault="00000000">
      <w:r>
        <w:t>3. What Data We Collect</w:t>
      </w:r>
    </w:p>
    <w:p w14:paraId="721EFAF8" w14:textId="77777777" w:rsidR="00AD5EA2" w:rsidRDefault="00000000">
      <w:r>
        <w:t>We may collect and process the following personal data:</w:t>
      </w:r>
    </w:p>
    <w:p w14:paraId="298EEA17" w14:textId="77777777" w:rsidR="00AD5EA2" w:rsidRDefault="00000000">
      <w:r>
        <w:t>- Contact Information: Name, email address, phone number, and home or business address.</w:t>
      </w:r>
    </w:p>
    <w:p w14:paraId="6AB740B5" w14:textId="77777777" w:rsidR="00AD5EA2" w:rsidRDefault="00000000">
      <w:r>
        <w:t>- Booking Details: Cleaning service type, dates, and location.</w:t>
      </w:r>
    </w:p>
    <w:p w14:paraId="133A3D1E" w14:textId="77777777" w:rsidR="00AD5EA2" w:rsidRDefault="00000000">
      <w:r>
        <w:t>- Payment Information: Only necessary billing information; we do not store full card details.</w:t>
      </w:r>
    </w:p>
    <w:p w14:paraId="3C4767D0" w14:textId="77777777" w:rsidR="00AD5EA2" w:rsidRDefault="00000000">
      <w:r>
        <w:t>- Website Usage Data: IP address, browser type, referral source, and pages visited.</w:t>
      </w:r>
    </w:p>
    <w:p w14:paraId="1A666E15" w14:textId="77777777" w:rsidR="00AD5EA2" w:rsidRDefault="00AD5EA2"/>
    <w:p w14:paraId="6699D519" w14:textId="77777777" w:rsidR="00AD5EA2" w:rsidRDefault="00000000">
      <w:r>
        <w:t>4. How We Use Your Data</w:t>
      </w:r>
    </w:p>
    <w:p w14:paraId="36910623" w14:textId="77777777" w:rsidR="00AD5EA2" w:rsidRDefault="00000000">
      <w:r>
        <w:t>We collect your information to:</w:t>
      </w:r>
    </w:p>
    <w:p w14:paraId="74A52F53" w14:textId="77777777" w:rsidR="00AD5EA2" w:rsidRDefault="00000000">
      <w:r>
        <w:t>- Deliver our cleaning services.</w:t>
      </w:r>
    </w:p>
    <w:p w14:paraId="00156F5A" w14:textId="77777777" w:rsidR="00AD5EA2" w:rsidRDefault="00000000">
      <w:r>
        <w:t>- Respond to inquiries and provide quotes.</w:t>
      </w:r>
    </w:p>
    <w:p w14:paraId="515D8E42" w14:textId="77777777" w:rsidR="00AD5EA2" w:rsidRDefault="00000000">
      <w:r>
        <w:t>- Send invoices and process payments.</w:t>
      </w:r>
    </w:p>
    <w:p w14:paraId="0D276D85" w14:textId="77777777" w:rsidR="00AD5EA2" w:rsidRDefault="00000000">
      <w:r>
        <w:lastRenderedPageBreak/>
        <w:t>- Improve our website and customer experience.</w:t>
      </w:r>
    </w:p>
    <w:p w14:paraId="3CA14BE0" w14:textId="77777777" w:rsidR="00AD5EA2" w:rsidRDefault="00000000">
      <w:r>
        <w:t>- Meet legal and tax obligations.</w:t>
      </w:r>
    </w:p>
    <w:p w14:paraId="12E8B1EF" w14:textId="77777777" w:rsidR="00AD5EA2" w:rsidRDefault="00AD5EA2"/>
    <w:p w14:paraId="03FEE456" w14:textId="77777777" w:rsidR="00AD5EA2" w:rsidRDefault="00000000">
      <w:r>
        <w:t>5. Lawful Basis for Processing</w:t>
      </w:r>
    </w:p>
    <w:p w14:paraId="648A67CB" w14:textId="77777777" w:rsidR="00AD5EA2" w:rsidRDefault="00000000">
      <w:r>
        <w:t>We rely on the following lawful bases:</w:t>
      </w:r>
    </w:p>
    <w:p w14:paraId="2CBCCB90" w14:textId="77777777" w:rsidR="00AD5EA2" w:rsidRDefault="00000000">
      <w:r>
        <w:t>- Contractual necessity – to provide cleaning services as agreed.</w:t>
      </w:r>
    </w:p>
    <w:p w14:paraId="61DA0D9B" w14:textId="77777777" w:rsidR="00AD5EA2" w:rsidRDefault="00000000">
      <w:r>
        <w:t>- Legitimate interests – for business operations and service improvement.</w:t>
      </w:r>
    </w:p>
    <w:p w14:paraId="0548D94A" w14:textId="77777777" w:rsidR="00AD5EA2" w:rsidRDefault="00000000">
      <w:r>
        <w:t>- Consent – for marketing communications (only with your permission).</w:t>
      </w:r>
    </w:p>
    <w:p w14:paraId="56C4A786" w14:textId="77777777" w:rsidR="00AD5EA2" w:rsidRDefault="00000000">
      <w:r>
        <w:t>- Legal obligations – for compliance with tax and regulatory laws.</w:t>
      </w:r>
    </w:p>
    <w:p w14:paraId="515BAFFF" w14:textId="77777777" w:rsidR="00AD5EA2" w:rsidRDefault="00AD5EA2"/>
    <w:p w14:paraId="457BAE31" w14:textId="77777777" w:rsidR="00AD5EA2" w:rsidRDefault="00000000">
      <w:r>
        <w:t>6. How We Share Your Data</w:t>
      </w:r>
    </w:p>
    <w:p w14:paraId="34D65E80" w14:textId="77777777" w:rsidR="00AD5EA2" w:rsidRDefault="00000000">
      <w:r>
        <w:t>We do not sell your data. We may share your data with:</w:t>
      </w:r>
    </w:p>
    <w:p w14:paraId="1EF42008" w14:textId="77777777" w:rsidR="00AD5EA2" w:rsidRDefault="00000000">
      <w:r>
        <w:t>- Payment processors (e.g., Stripe or PayPal).</w:t>
      </w:r>
    </w:p>
    <w:p w14:paraId="167D89FB" w14:textId="77777777" w:rsidR="00AD5EA2" w:rsidRDefault="00000000">
      <w:r>
        <w:t>- IT service providers (for secure data hosting).</w:t>
      </w:r>
    </w:p>
    <w:p w14:paraId="69232910" w14:textId="77777777" w:rsidR="00AD5EA2" w:rsidRDefault="00000000">
      <w:r>
        <w:t>- Legal or regulatory bodies, when legally required.</w:t>
      </w:r>
    </w:p>
    <w:p w14:paraId="04EB4493" w14:textId="77777777" w:rsidR="00AD5EA2" w:rsidRDefault="00AD5EA2"/>
    <w:p w14:paraId="50B2753F" w14:textId="77777777" w:rsidR="00AD5EA2" w:rsidRDefault="00000000">
      <w:r>
        <w:t>All third parties are required to handle your data with confidentiality and in accordance with data protection laws.</w:t>
      </w:r>
    </w:p>
    <w:p w14:paraId="6948D46A" w14:textId="77777777" w:rsidR="00AD5EA2" w:rsidRDefault="00AD5EA2"/>
    <w:p w14:paraId="2A09E13E" w14:textId="77777777" w:rsidR="00AD5EA2" w:rsidRDefault="00000000">
      <w:r>
        <w:t>7. How We Store and Protect Your Data</w:t>
      </w:r>
    </w:p>
    <w:p w14:paraId="5812CF3B" w14:textId="77777777" w:rsidR="00AD5EA2" w:rsidRDefault="00000000">
      <w:r>
        <w:t>- All data is stored securely using encrypted systems.</w:t>
      </w:r>
    </w:p>
    <w:p w14:paraId="64A4DDC0" w14:textId="77777777" w:rsidR="00AD5EA2" w:rsidRDefault="00000000">
      <w:r>
        <w:t>- Access is restricted to authorized personnel only.</w:t>
      </w:r>
    </w:p>
    <w:p w14:paraId="23DC0E5B" w14:textId="77777777" w:rsidR="00AD5EA2" w:rsidRDefault="00000000">
      <w:r>
        <w:t>- We retain data for as long as necessary to fulfill the purposes outlined in this policy, and to comply with legal obligations.</w:t>
      </w:r>
    </w:p>
    <w:p w14:paraId="4C1F7959" w14:textId="77777777" w:rsidR="00AD5EA2" w:rsidRDefault="00AD5EA2"/>
    <w:p w14:paraId="6E7F1F53" w14:textId="77777777" w:rsidR="00AD5EA2" w:rsidRDefault="00000000">
      <w:r>
        <w:t>8. Your Rights</w:t>
      </w:r>
    </w:p>
    <w:p w14:paraId="1DE1A4BF" w14:textId="77777777" w:rsidR="00AD5EA2" w:rsidRDefault="00000000">
      <w:r>
        <w:t>Under the UK GDPR, you have the right to:</w:t>
      </w:r>
    </w:p>
    <w:p w14:paraId="7479F4F2" w14:textId="77777777" w:rsidR="00AD5EA2" w:rsidRDefault="00000000">
      <w:r>
        <w:lastRenderedPageBreak/>
        <w:t>- Access the data we hold about you.</w:t>
      </w:r>
    </w:p>
    <w:p w14:paraId="05B6E5A6" w14:textId="77777777" w:rsidR="00AD5EA2" w:rsidRDefault="00000000">
      <w:r>
        <w:t>- Request correction of inaccurate data.</w:t>
      </w:r>
    </w:p>
    <w:p w14:paraId="5494BCFD" w14:textId="77777777" w:rsidR="00AD5EA2" w:rsidRDefault="00000000">
      <w:r>
        <w:t>- Request deletion of your data (“right to be forgotten”).</w:t>
      </w:r>
    </w:p>
    <w:p w14:paraId="69230BC7" w14:textId="77777777" w:rsidR="00AD5EA2" w:rsidRDefault="00000000">
      <w:r>
        <w:t>- Object to or restrict certain types of data processing.</w:t>
      </w:r>
    </w:p>
    <w:p w14:paraId="0087B148" w14:textId="77777777" w:rsidR="00AD5EA2" w:rsidRDefault="00000000">
      <w:r>
        <w:t>- Withdraw consent (where processing is based on consent).</w:t>
      </w:r>
    </w:p>
    <w:p w14:paraId="70A8BE6B" w14:textId="77777777" w:rsidR="00AD5EA2" w:rsidRDefault="00000000">
      <w:r>
        <w:t>- File a complaint with the Information Commissioner’s Office (ICO).</w:t>
      </w:r>
    </w:p>
    <w:p w14:paraId="149DEF9C" w14:textId="77777777" w:rsidR="00AD5EA2" w:rsidRDefault="00AD5EA2"/>
    <w:p w14:paraId="09FDDF82" w14:textId="77777777" w:rsidR="00AD5EA2" w:rsidRDefault="00000000">
      <w:r>
        <w:t>To exercise your rights, email us at: hello@projectcleaning.co.uk</w:t>
      </w:r>
    </w:p>
    <w:p w14:paraId="6B743BAA" w14:textId="77777777" w:rsidR="00AD5EA2" w:rsidRDefault="00AD5EA2"/>
    <w:p w14:paraId="6521E6DC" w14:textId="77777777" w:rsidR="00AD5EA2" w:rsidRDefault="00000000">
      <w:r>
        <w:t>9. Cookies</w:t>
      </w:r>
    </w:p>
    <w:p w14:paraId="60A27ABC" w14:textId="77777777" w:rsidR="00AD5EA2" w:rsidRDefault="00000000">
      <w:r>
        <w:t>Our website may use cookies for performance and analytics. You will be notified and can choose your preferences when visiting our site.</w:t>
      </w:r>
    </w:p>
    <w:p w14:paraId="544B5EF4" w14:textId="77777777" w:rsidR="00AD5EA2" w:rsidRDefault="00AD5EA2"/>
    <w:p w14:paraId="6A869C9E" w14:textId="77777777" w:rsidR="00AD5EA2" w:rsidRDefault="00000000">
      <w:r>
        <w:t>10. Updates to This Policy</w:t>
      </w:r>
    </w:p>
    <w:p w14:paraId="49333B68" w14:textId="77777777" w:rsidR="00AD5EA2" w:rsidRDefault="00000000">
      <w:r>
        <w:t>We may update this Privacy Policy from time to time. Any changes will be posted on our website and, where appropriate, notified to you via email.</w:t>
      </w:r>
    </w:p>
    <w:p w14:paraId="4D7ACEBC" w14:textId="77777777" w:rsidR="00AD5EA2" w:rsidRDefault="00AD5EA2"/>
    <w:p w14:paraId="7B59E6D9" w14:textId="77777777" w:rsidR="00AD5EA2" w:rsidRDefault="00000000">
      <w:r>
        <w:t>Last Updated: [Insert Date]</w:t>
      </w:r>
    </w:p>
    <w:sectPr w:rsidR="00AD5EA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7203671">
    <w:abstractNumId w:val="8"/>
  </w:num>
  <w:num w:numId="2" w16cid:durableId="1484925363">
    <w:abstractNumId w:val="6"/>
  </w:num>
  <w:num w:numId="3" w16cid:durableId="1670211067">
    <w:abstractNumId w:val="5"/>
  </w:num>
  <w:num w:numId="4" w16cid:durableId="884832122">
    <w:abstractNumId w:val="4"/>
  </w:num>
  <w:num w:numId="5" w16cid:durableId="737439505">
    <w:abstractNumId w:val="7"/>
  </w:num>
  <w:num w:numId="6" w16cid:durableId="898638124">
    <w:abstractNumId w:val="3"/>
  </w:num>
  <w:num w:numId="7" w16cid:durableId="1915355939">
    <w:abstractNumId w:val="2"/>
  </w:num>
  <w:num w:numId="8" w16cid:durableId="1702894149">
    <w:abstractNumId w:val="1"/>
  </w:num>
  <w:num w:numId="9" w16cid:durableId="1575050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AD5EA2"/>
    <w:rsid w:val="00B47730"/>
    <w:rsid w:val="00CB0664"/>
    <w:rsid w:val="00D47E7A"/>
    <w:rsid w:val="00F90D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1C0DAD86-3721-4174-A222-8FD60B6FC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Mohammad Ihtisham</cp:lastModifiedBy>
  <cp:revision>2</cp:revision>
  <dcterms:created xsi:type="dcterms:W3CDTF">2013-12-23T23:15:00Z</dcterms:created>
  <dcterms:modified xsi:type="dcterms:W3CDTF">2025-07-05T12:26:00Z</dcterms:modified>
  <cp:category/>
</cp:coreProperties>
</file>